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Отчёт об оказанных услугах</w:t>
      </w:r>
    </w:p>
    <w:p>
      <w:pPr>
        <w:pStyle w:val="Subtitle"/>
      </w:pPr>
      <w:r>
        <w:t>Заполненный пример для компании</w:t>
      </w:r>
    </w:p>
    <w:p>
      <w:r>
        <w:t>Учебный пример с вымышленными данными. Замените поля в квадратных скобках и согласуйте условия перед подписанием.</w:t>
      </w:r>
    </w:p>
    <w:p>
      <w:r>
        <w:t>Отчёт № 3 от 20.11.2026. Договор: УЗ-01 от 01.11.2026. Заявка или ТЗ: заявка № 3 от 06.11.2026.</w:t>
      </w:r>
    </w:p>
    <w:p>
      <w:r>
        <w:t>Заказчик: ООО «Учебный заказчик». Исполнитель: ООО «Учебный исполнитель». Период: 10–20 ноября 2026 года.</w:t>
      </w:r>
    </w:p>
    <w:p>
      <w:r>
        <w:t>Отчёт описывает выполненные действия и переданные материалы. Порядок приёмки и оплаты определяется договором. Получение этого отчёта само по себе не заменяет подписание акта.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4032"/>
        <w:gridCol w:w="3888"/>
      </w:tblGrid>
      <w:tr>
        <w:trPr>
          <w:tblHeader/>
          <w:cantSplit/>
        </w:trPr>
        <w:tc>
          <w:tcPr>
            <w:tcW w:type="dxa" w:w="2160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Задание</w:t>
            </w:r>
          </w:p>
        </w:tc>
        <w:tc>
          <w:tcPr>
            <w:tcW w:type="dxa" w:w="4032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Исполнение</w:t>
            </w:r>
          </w:p>
        </w:tc>
        <w:tc>
          <w:tcPr>
            <w:tcW w:type="dxa" w:w="3888"/>
            <w:shd w:fill="F1F3F5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b/>
                <w:sz w:val="21"/>
              </w:rPr>
              <w:t>Подтверждение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Разбор процесса</w:t>
            </w:r>
          </w:p>
        </w:tc>
        <w:tc>
          <w:tcPr>
            <w:tcW w:type="dxa" w:w="40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Встреча 10.11, 60 минут</w:t>
            </w:r>
          </w:p>
        </w:tc>
        <w:tc>
          <w:tcPr>
            <w:tcW w:type="dxa" w:w="38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Итоги встречи от 10.11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Обсуждение изменений</w:t>
            </w:r>
          </w:p>
        </w:tc>
        <w:tc>
          <w:tcPr>
            <w:tcW w:type="dxa" w:w="40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Встреча 17.11, 60 минут</w:t>
            </w:r>
          </w:p>
        </w:tc>
        <w:tc>
          <w:tcPr>
            <w:tcW w:type="dxa" w:w="38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Список вопросов от 17.11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Рекомендации</w:t>
            </w:r>
          </w:p>
        </w:tc>
        <w:tc>
          <w:tcPr>
            <w:tcW w:type="dxa" w:w="40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Пять предложений по этапам согласования</w:t>
            </w:r>
          </w:p>
        </w:tc>
        <w:tc>
          <w:tcPr>
            <w:tcW w:type="dxa" w:w="38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80" w:before="60" w:line="252" w:lineRule="auto"/>
            </w:pPr>
            <w:r>
              <w:rPr>
                <w:sz w:val="21"/>
              </w:rPr>
              <w:t>Рекомендации v1 от 20.11</w:t>
            </w:r>
          </w:p>
        </w:tc>
      </w:tr>
    </w:tbl>
    <w:p/>
    <w:p>
      <w:pPr>
        <w:pStyle w:val="Heading1"/>
      </w:pPr>
      <w:r>
        <w:t>Отклонения и открытые вопросы</w:t>
      </w:r>
    </w:p>
    <w:p>
      <w:r>
        <w:t>Отклонений от согласованного состава не зафиксировано. Внедрение рекомендаций не входит в заявку и обсуждается отдельно. Экономический эффект внедрения в этом отчёте не заявляется.</w:t>
      </w:r>
    </w:p>
    <w:p>
      <w:pPr>
        <w:pStyle w:val="Heading1"/>
      </w:pPr>
      <w:r>
        <w:t>Передача и обратная связь</w:t>
      </w:r>
    </w:p>
    <w:p>
      <w:r>
        <w:t>Материалы переданы: [дата, согласованный канал, получатель]. Доступ к указанным файлам проверен: [кем и когда].</w:t>
      </w:r>
    </w:p>
    <w:p>
      <w:r>
        <w:t>Отчёт составил: [должность, ФИО, подпись]. Получение подтвердил: [должность, ФИО, дата]. Замечания заказчика: [конкретные строки и содержание либо отсутствие замечаний].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об оказанных услугах</dc:title>
  <dc:subject>Образец для договорной работы компаний</dc:subject>
  <dc:creator>Договорик</dc:creator>
  <cp:keywords/>
  <dc:description>generated by python-docx</dc:description>
  <cp:lastModifiedBy>Договорик</cp:lastModifiedBy>
  <cp:revision>1</cp:revision>
  <dcterms:created xsi:type="dcterms:W3CDTF">2026-10-30T00:00:00Z</dcterms:created>
  <dcterms:modified xsi:type="dcterms:W3CDTF">2026-10-30T00:00:00Z</dcterms:modified>
  <cp:category/>
</cp:coreProperties>
</file>